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האלפים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מתוך יומן המסע על הרי האלפים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להרים ולטבע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לפי סדר הקרות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להזהיר את חברותיה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המדריכה סיפרה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המרמיטה היא חיה פרוותית ששורקת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מרמיטה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(שטח נמוך בין 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(מעלה אנשים להר בכבל)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(מקווה מים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ביום באלפים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עלינו ברכבל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שמענו שריקה של מרמיטה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אכלנו כריכים על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פרחים קטנים וסגולים בין הסלעים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היו בגובה רב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חם, משקפי שמש, נעלי הליכה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תמונה של רכבל וקרחון לצורך 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ה-ו ניתן להוסיף דיון קצר על שינויי אקלים בגובה ההר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האלפים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שקראנו ביומן המסע מהרי האלפים – הרכבל, הקרחון, המרמיטה והאגם.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רכבל  ·  מרמיטה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אמצעי עלתה המשפחה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רכבל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המרמיטה שרקה?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להזהיר את חברותיה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 להורים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הקרחון באלפים נמצא שם כבר אלפי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המרמיטה היא דג שחי באגם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עלינו ב__________ למעלה עד שהבתים נראו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שמענו שריקה חדה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מקווה מים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רכבל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שטח נמוך בין 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מעלה אנשים להר בכבל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ביום באלפים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אכלנו כריכים על החוף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עלינו ברכבל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שמענו שריקה של מרמיטה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ראינו בדרך למטה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היה קר למעלה למרות שבעמק היה 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 האלפים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